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הפכיות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למילה הפכה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הן מתארות כיוונים הפוכים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של אור הוא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מתארות אורך הפוך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של כבד הוא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הן מתארות גיל או מצב הפוך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(ישן)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(למטה)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זוג מילים הפוך במשמעות, למשל: רך-קשה, מתוק-מר, פנימה-החוצה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הגיוניים, כל אחד מכיל מילה אחת מהזוג ומדגים את משמעותה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גדול-קטן זו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תקין של מילים הפכיות מקובל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ולהבין יחסים בין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זיכרון עם הכרטיסיות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להמחיז את ההפכים בתנועות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את חלק ההתאמה בזוגות ולתת משוב מיידי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הפכיות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זוגות של מילים הפכות, כמו אלה שמופיעות בכרטיסיות הזיכרון: חם וקר, יום ולילה, גדול וקטן ועוד.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המילה ההפוכה ל'חם'?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המילה ההפוכה ל'יום'?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המילה ההפוכה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המילה ההפוכה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המילה ההפוכה ל'מהר'?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המילה ההפוכה ל'פתוח'?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'למעלה' ו'למטה' הן מילים הפכיות.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'אור' ו'חדש' הן מילים הפכיות.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'ארוך' ו'קצר' הן מילים הפכיות.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'כבד' ו'רחוק' הן מילים הפכיות.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'ישן' ו'חדש' הן מילים הפכיות.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'קרוב'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'כבד'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'חושך'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'עצוב'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של 'קטן'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'לאט'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למעלה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זוגות נוספים של מילים הפכיות שלא מופיעות בדף.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זוג הפכים אחד מהדף, וכתבו משפט קצר לכל מילה בזוג.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ההפוכה ל'גדול'?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זוג הפכים אחד שלמדתם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ללמוד מילים הפכיות?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הפכיות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