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הפכיות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של מילים הפכיות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מילה למילה הפכה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ההפך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סגור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הן מתארות כיוונים הפוכים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ההפך של אור הוא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מתארות אורך הפוך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ההפך של כבד הוא 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הן מתארות גיל או מצב הפוך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(ישן)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(למטה)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זוג מילים הפוך במשמעות, למשל: רך-קשה, מתוק-מר, פנימה-החוצה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הגיוניים, כל אחד מכיל מילה אחת מהזוג ומדגים את משמעותה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גדול-קטן זו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תקין של מילים הפכיות מקובל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ולהבין יחסים בין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זיכרון עם הכרטיסיות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להמחיז את ההפכים בתנועות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את חלק ההתאמה בזוגות ולתת משוב מיידי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הפכיות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הפוכות. למשל: חם - קר. נתרגל להכיר אותן ולהתאים ביניהן.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עם משמעות הפוכה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ששייכות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בין שני דברים שקשורים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פתק קטן עם מילה או תמונה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גדול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בגודל גדול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קטן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בגודל לא גדול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בזריזות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מהר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ההפך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ההפך של 'חם'?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ההפך של 'יום'?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ההפך של 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ההפך של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ההפך של 'מהר'?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עכשיו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ההפך של 'פתוח'?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'למעלה' ו'למטה' הן מילים הפכיות.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'אור' ו'חדש' הן מילים הפכיות.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'ארוך' ו'קצר' הן מילים הפכיות.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'כבד' ו'רחוק' הן מילים הפכיות.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'ישן' ו'חדש' הן מילים הפכיות.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של 'קרוב'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של 'כבד'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של 'חושך'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של 'עצוב'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של 'קטן'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ההפך של 'לאט'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למטה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למעלה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ישן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זוגות נוספים של מילים הפכיות שלא מופיעות בדף.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זוג הפכים אחד מהדף, וכתבו משפט קצר לכל מילה בזוג.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ההפוכה ל'גדול'?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זוג הפכים אחד שלמדתם היום.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ללמוד מילים הפכיות?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הפכיות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