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הפכיות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למילה הפכה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הן מתארות כיוונים הפוכים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של אור הוא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מתארות אורך הפוך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הגיוניים, כל אחד מכיל מילה אחת מהזוג ומדגים את משמעותה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גדול-קטן זו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תקין של מילים הפכיות מקובל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ולהבין יחסים בין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זיכרון עם הכרטיסיות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להמחיז את ההפכים בתנועות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את חלק ההתאמה בזוגות ולתת משוב מיידי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הפכיות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זוגות של מילים הפכות, כמו אלה שמופיעות בכרטיסיות הזיכרון: חם וקר, יום ולילה, גדול וקטן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קל  ·  אור  ·  רחוק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המילה ההפוכה ל'חם'?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המילה ההפוכה ל'יום'?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המילה ההפוכה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'למעלה' ו'למטה'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'אור' ו'חדש'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'ארוך' ו'קצר'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של 'קרוב'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ההפך של 'כבד'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ההפך של 'חושך'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זוג הפכים אחד מהדף, וכתבו משפט קצר לכל מילה בזוג.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ההפוכה ל'גדול'?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זוג הפכים אחד שלמדתם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הפכיות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